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A4B00"/>
          <w:sz w:val="18"/>
        </w:rPr>
        <w:t xml:space="preserve">NOT A COURT FORM. NOT LEGAL ADVICE. </w:t>
      </w:r>
      <w:r>
        <w:rPr>
          <w:color w:val="667681"/>
          <w:sz w:val="18"/>
        </w:rPr>
        <w:t>General worksheet from law.campusdown.com. Rules about repairs and notices vary by state and city. Replace the [bracketed] text and delete this line before sending.</w:t>
      </w:r>
    </w:p>
    <w:p>
      <w:pPr>
        <w:pStyle w:val="Heading1"/>
      </w:pPr>
      <w:r>
        <w:rPr>
          <w:color w:val="213F68"/>
        </w:rPr>
        <w:t>Repair Request</w:t>
      </w:r>
    </w:p>
    <w:p>
      <w:r>
        <w:t>[Date]</w:t>
      </w:r>
    </w:p>
    <w:p/>
    <w:p>
      <w:r>
        <w:t>From: [Your name]</w:t>
      </w:r>
    </w:p>
    <w:p>
      <w:r>
        <w:t>[Rental address, unit number]</w:t>
      </w:r>
    </w:p>
    <w:p>
      <w:r>
        <w:t>[Phone] · [Email]</w:t>
      </w:r>
    </w:p>
    <w:p/>
    <w:p>
      <w:r>
        <w:t>To: [Landlord or property manager name]</w:t>
      </w:r>
    </w:p>
    <w:p>
      <w:r>
        <w:t>[Their mailing address or email]</w:t>
      </w:r>
    </w:p>
    <w:p/>
    <w:p>
      <w:r>
        <w:t>Re: Request for repairs at [rental address, unit]</w:t>
      </w:r>
    </w:p>
    <w:p/>
    <w:p>
      <w:r>
        <w:t>Dear [Landlord or property manager name],</w:t>
      </w:r>
    </w:p>
    <w:p>
      <w:r>
        <w:t>I am writing to request repairs at the rental address above. The problem(s) are described below.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Problem (what is wrong)</w:t>
            </w:r>
          </w:p>
        </w:tc>
        <w:tc>
          <w:tcPr>
            <w:tcW w:type="dxa" w:w="2412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2412"/>
          </w:tcPr>
          <w:p>
            <w:r>
              <w:rPr>
                <w:b/>
              </w:rPr>
              <w:t>Date noticed</w:t>
            </w:r>
          </w:p>
        </w:tc>
        <w:tc>
          <w:tcPr>
            <w:tcW w:type="dxa" w:w="2412"/>
          </w:tcPr>
          <w:p>
            <w:r>
              <w:rPr>
                <w:b/>
              </w:rPr>
              <w:t>Earlier reports (date / how)</w:t>
            </w:r>
          </w:p>
        </w:tc>
      </w:tr>
      <w:tr>
        <w:tc>
          <w:tcPr>
            <w:tcW w:type="dxa" w:w="2412"/>
          </w:tcPr>
          <w:p>
            <w:r>
              <w:t>[Example: Ceiling leaks when upstairs shower runs]</w:t>
            </w:r>
          </w:p>
        </w:tc>
        <w:tc>
          <w:tcPr>
            <w:tcW w:type="dxa" w:w="2412"/>
          </w:tcPr>
          <w:p>
            <w:r>
              <w:t>[Bathroom]</w:t>
            </w:r>
          </w:p>
        </w:tc>
        <w:tc>
          <w:tcPr>
            <w:tcW w:type="dxa" w:w="2412"/>
          </w:tcPr>
          <w:p>
            <w:r>
              <w:t>[MM/DD/YYYY]</w:t>
            </w:r>
          </w:p>
        </w:tc>
        <w:tc>
          <w:tcPr>
            <w:tcW w:type="dxa" w:w="2412"/>
          </w:tcPr>
          <w:p>
            <w:r>
              <w:t>[Phone call on MM/DD]</w:t>
            </w:r>
          </w:p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</w:tbl>
    <w:p/>
    <w:p>
      <w:r>
        <w:t>Please arrange for these repairs to be completed or scheduled by [date]. I can provide access on [days and times]. Please contact me at [phone or email] to arrange a time.</w:t>
      </w:r>
    </w:p>
    <w:p>
      <w:r>
        <w:t>I have attached the following: [list photos or videos with the dates taken].</w:t>
      </w:r>
    </w:p>
    <w:p>
      <w:r>
        <w:t>Thank you for your prompt attention to this.</w:t>
      </w:r>
    </w:p>
    <w:p/>
    <w:p>
      <w:r>
        <w:t>Sincerely,</w:t>
      </w:r>
    </w:p>
    <w:p/>
    <w:p>
      <w:r>
        <w:t>[Signature]</w:t>
      </w:r>
    </w:p>
    <w:p>
      <w:r>
        <w:t>[Printed name]</w:t>
      </w:r>
    </w:p>
    <w:p/>
    <w:p>
      <w:pPr>
        <w:pStyle w:val="Heading2"/>
      </w:pPr>
      <w:r>
        <w:rPr>
          <w:color w:val="247C78"/>
        </w:rPr>
        <w:t>Delivery record (keep this part for your files; do not send)</w:t>
      </w:r>
    </w:p>
    <w:p>
      <w:r>
        <w:t>How sent: ☐ Email  ☐ Online portal  ☐ Mail with tracking  ☐ Hand delivered  ☐ Other: ________</w:t>
      </w:r>
    </w:p>
    <w:p>
      <w:r>
        <w:t>Date sent: ____________    Tracking or confirmation #: ____________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Request Letter Worksheet</dc:title>
  <dc:subject/>
  <dc:creator>CampusDown Legal</dc:creator>
  <cp:keywords/>
  <dc:description>General worksheet. Not a court form.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